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646464"/>
          <w:sz w:val="18"/>
          <w:szCs w:val="18"/>
          <w:rtl w:val="0"/>
        </w:rPr>
        <w:t xml:space="preserve">UNIVERSIDAD DE CHILE — FACULTAD DE ARQUITECTURA Y URBANISMO</w:t>
        <w:br w:type="textWrapping"/>
        <w:t xml:space="preserve">ESCUELA DE POSTGRADO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rFonts w:ascii="Arial" w:cs="Arial" w:eastAsia="Arial" w:hAnsi="Arial"/>
          <w:b w:val="1"/>
          <w:bCs w:val="1"/>
          <w:color w:val="0f2043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2043"/>
          <w:sz w:val="34"/>
          <w:szCs w:val="34"/>
          <w:rtl w:val="0"/>
        </w:rPr>
        <w:t xml:space="preserve">DECLARACIÓN SIMPLE DE SUFICIENCIA DE IDIOMA INGLÉS</w:t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rFonts w:ascii="Arial" w:cs="Arial" w:eastAsia="Arial" w:hAnsi="Arial"/>
          <w:b w:val="1"/>
          <w:bCs w:val="1"/>
          <w:color w:val="0f204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Lugar y Fecha: </w:t>
      </w:r>
      <w:r w:rsidDel="00000000" w:rsidR="00000000" w:rsidRPr="00000000">
        <w:rPr>
          <w:color w:val="646464"/>
          <w:sz w:val="19"/>
          <w:szCs w:val="19"/>
          <w:rtl w:val="0"/>
        </w:rPr>
        <w:t xml:space="preserve">[Ciudad], [Día] de [Mes] de [Año]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Rule="auto"/>
        <w:rPr/>
      </w:pPr>
      <w:r w:rsidDel="00000000" w:rsidR="00000000" w:rsidRPr="00000000">
        <w:rPr>
          <w:b w:val="1"/>
          <w:bCs w:val="1"/>
          <w:color w:val="0f2043"/>
          <w:sz w:val="21"/>
          <w:szCs w:val="21"/>
          <w:rtl w:val="0"/>
        </w:rPr>
        <w:t xml:space="preserve">1. Identificación y Programa</w:t>
      </w: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center"/>
        <w:tblLayout w:type="fixed"/>
        <w:tblLook w:val="04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Nombre Completo: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color w:val="505050"/>
                <w:sz w:val="19"/>
                <w:szCs w:val="19"/>
                <w:rtl w:val="0"/>
              </w:rPr>
              <w:t xml:space="preserve">[Nombre del/de la Postulante]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RUT / Pasaporte: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40" w:lineRule="auto"/>
              <w:rPr/>
            </w:pPr>
            <w:r w:rsidDel="00000000" w:rsidR="00000000" w:rsidRPr="00000000">
              <w:rPr>
                <w:color w:val="505050"/>
                <w:sz w:val="19"/>
                <w:szCs w:val="19"/>
                <w:rtl w:val="0"/>
              </w:rPr>
              <w:t xml:space="preserve">[RUT o Nº de Pasaporte]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Programa de Magíster: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40" w:lineRule="auto"/>
              <w:rPr/>
            </w:pPr>
            <w:r w:rsidDel="00000000" w:rsidR="00000000" w:rsidRPr="00000000">
              <w:rPr>
                <w:color w:val="505050"/>
                <w:sz w:val="19"/>
                <w:szCs w:val="19"/>
                <w:rtl w:val="0"/>
              </w:rPr>
              <w:t xml:space="preserve">Magíster en [Nombre del Programa de Magíster al que postula]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b w:val="1"/>
          <w:bCs w:val="1"/>
          <w:color w:val="0f2043"/>
          <w:sz w:val="21"/>
          <w:szCs w:val="21"/>
          <w:rtl w:val="0"/>
        </w:rPr>
        <w:t xml:space="preserve">2. Declaración Jurada Simple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Yo, </w:t>
      </w:r>
      <w:r w:rsidDel="00000000" w:rsidR="00000000" w:rsidRPr="00000000">
        <w:rPr>
          <w:color w:val="646464"/>
          <w:rtl w:val="0"/>
        </w:rPr>
        <w:t xml:space="preserve">[Nombre completo del/de la Postulante]</w:t>
      </w:r>
      <w:r w:rsidDel="00000000" w:rsidR="00000000" w:rsidRPr="00000000">
        <w:rPr>
          <w:rtl w:val="0"/>
        </w:rPr>
        <w:t xml:space="preserve">, postulante al programa de </w:t>
      </w:r>
      <w:r w:rsidDel="00000000" w:rsidR="00000000" w:rsidRPr="00000000">
        <w:rPr>
          <w:color w:val="646464"/>
          <w:rtl w:val="0"/>
        </w:rPr>
        <w:t xml:space="preserve">Magíster en [Nombre del Programa]</w:t>
      </w:r>
      <w:r w:rsidDel="00000000" w:rsidR="00000000" w:rsidRPr="00000000">
        <w:rPr>
          <w:rtl w:val="0"/>
        </w:rPr>
        <w:t xml:space="preserve">, declaro la siguiente condición respecto al dominio del idioma inglés (marque la opción según corresponda):</w:t>
      </w:r>
    </w:p>
    <w:p w:rsidR="00000000" w:rsidDel="00000000" w:rsidP="00000000" w:rsidRDefault="00000000" w:rsidRPr="00000000" w14:paraId="0000000F">
      <w:pPr>
        <w:spacing w:after="120" w:line="276" w:lineRule="auto"/>
        <w:ind w:left="288" w:firstLine="0"/>
        <w:jc w:val="both"/>
        <w:rPr/>
      </w:pPr>
      <w:r w:rsidDel="00000000" w:rsidR="00000000" w:rsidRPr="00000000">
        <w:rPr>
          <w:b w:val="1"/>
          <w:bCs w:val="1"/>
          <w:color w:val="0f2043"/>
          <w:rtl w:val="0"/>
        </w:rPr>
        <w:t xml:space="preserve">[   ] OPCIÓN A – Acreditación de Dominio de Idioma Inglés:</w:t>
        <w:br w:type="textWrapping"/>
      </w:r>
      <w:r w:rsidDel="00000000" w:rsidR="00000000" w:rsidRPr="00000000">
        <w:rPr>
          <w:rtl w:val="0"/>
        </w:rPr>
        <w:t xml:space="preserve">Declaro contar con el conocimiento suficiente del idioma Inglés que me permite realizar lecturas comprensivas de textos especializados y me habilita para realizar las lecturas solicitadas en el Programa de Magíster.</w:t>
      </w:r>
    </w:p>
    <w:p w:rsidR="00000000" w:rsidDel="00000000" w:rsidP="00000000" w:rsidRDefault="00000000" w:rsidRPr="00000000" w14:paraId="00000010">
      <w:pPr>
        <w:spacing w:after="160" w:line="276" w:lineRule="auto"/>
        <w:ind w:left="288" w:firstLine="0"/>
        <w:jc w:val="both"/>
        <w:rPr/>
      </w:pPr>
      <w:r w:rsidDel="00000000" w:rsidR="00000000" w:rsidRPr="00000000">
        <w:rPr>
          <w:b w:val="1"/>
          <w:bCs w:val="1"/>
          <w:color w:val="0f2043"/>
          <w:rtl w:val="0"/>
        </w:rPr>
        <w:t xml:space="preserve">[   ] OPCIÓN B – Compromiso de Nivelación de Idioma:</w:t>
        <w:br w:type="textWrapping"/>
      </w:r>
      <w:r w:rsidDel="00000000" w:rsidR="00000000" w:rsidRPr="00000000">
        <w:rPr>
          <w:rtl w:val="0"/>
        </w:rPr>
        <w:t xml:space="preserve">Declaro no contar con el conocimiento suficiente del idioma Inglés que me permita realizar lecturas comprensivas de textos especializados, por lo cual tomaré un Curso y/o capacitación que me habilite para realizar las lecturas solicitadas en el Programa de Magíster.</w:t>
      </w:r>
    </w:p>
    <w:p w:rsidR="00000000" w:rsidDel="00000000" w:rsidP="00000000" w:rsidRDefault="00000000" w:rsidRPr="00000000" w14:paraId="00000011">
      <w:pPr>
        <w:spacing w:after="280" w:line="276" w:lineRule="auto"/>
        <w:jc w:val="both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En ningún caso podré solicitar modificaciones de lecturas por falta de conocimiento o incomprensión del idioma inglés.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0" w:lineRule="auto"/>
        <w:rPr/>
      </w:pPr>
      <w:r w:rsidDel="00000000" w:rsidR="00000000" w:rsidRPr="00000000">
        <w:rPr>
          <w:b w:val="1"/>
          <w:bCs w:val="1"/>
          <w:color w:val="0f2043"/>
          <w:sz w:val="21"/>
          <w:szCs w:val="21"/>
          <w:rtl w:val="0"/>
        </w:rPr>
        <w:t xml:space="preserve">3. Firma de Conformidad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40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</w:t>
        <w:br w:type="textWrapping"/>
        <w:t xml:space="preserve">Firma del/de la Postulante</w:t>
        <w:br w:type="textWrapping"/>
      </w:r>
      <w:r w:rsidDel="00000000" w:rsidR="00000000" w:rsidRPr="00000000">
        <w:rPr>
          <w:sz w:val="19"/>
          <w:szCs w:val="19"/>
          <w:rtl w:val="0"/>
        </w:rPr>
        <w:t xml:space="preserve">RUT / Pasaporte: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color w:val="787878"/>
          <w:sz w:val="16"/>
          <w:szCs w:val="16"/>
          <w:rtl w:val="0"/>
        </w:rPr>
        <w:t xml:space="preserve">Escuela de Postgrado | Facultad de Arquitectura y Urbanismo (FAU) — Universidad de Chile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ElJfzBKCjLvFF6z/cxikWTIu6g==">CgMxLjA4AHIhMVRQNmp5dU80NGxkQ2dHUldjVjFFcVdzcGJJTmloZ0V0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